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2592"/>
        <w:gridCol w:w="7632"/>
      </w:tblGrid>
      <w:tr w:rsidR="00EE28FF">
        <w:trPr>
          <w:jc w:val="center"/>
        </w:trPr>
        <w:tc>
          <w:tcPr>
            <w:tcW w:w="2592" w:type="dxa"/>
            <w:vAlign w:val="center"/>
          </w:tcPr>
          <w:p w:rsidR="00EE28FF" w:rsidRDefault="00663856">
            <w:r>
              <w:rPr>
                <w:noProof/>
              </w:rPr>
              <w:drawing>
                <wp:inline distT="0" distB="0" distL="0" distR="0">
                  <wp:extent cx="1508760" cy="1219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1.png"/>
                          <pic:cNvPicPr/>
                        </pic:nvPicPr>
                        <pic:blipFill>
                          <a:blip r:embed="rId8"/>
                          <a:stretch>
                            <a:fillRect/>
                          </a:stretch>
                        </pic:blipFill>
                        <pic:spPr>
                          <a:xfrm>
                            <a:off x="0" y="0"/>
                            <a:ext cx="1508760" cy="1219910"/>
                          </a:xfrm>
                          <a:prstGeom prst="rect">
                            <a:avLst/>
                          </a:prstGeom>
                        </pic:spPr>
                      </pic:pic>
                    </a:graphicData>
                  </a:graphic>
                </wp:inline>
              </w:drawing>
            </w:r>
          </w:p>
        </w:tc>
        <w:tc>
          <w:tcPr>
            <w:tcW w:w="7632" w:type="dxa"/>
            <w:vAlign w:val="center"/>
          </w:tcPr>
          <w:p w:rsidR="00EE28FF" w:rsidRDefault="00663856">
            <w:r>
              <w:rPr>
                <w:rFonts w:ascii="Arial" w:hAnsi="Arial"/>
                <w:b/>
                <w:color w:val="700C1E"/>
                <w:sz w:val="34"/>
              </w:rPr>
              <w:t>GEPEA UNIVERSITY</w:t>
            </w:r>
            <w:r>
              <w:rPr>
                <w:rFonts w:ascii="Arial" w:hAnsi="Arial"/>
                <w:b/>
                <w:color w:val="700C1E"/>
                <w:sz w:val="34"/>
              </w:rPr>
              <w:br/>
            </w:r>
            <w:r>
              <w:rPr>
                <w:rFonts w:ascii="Arial" w:hAnsi="Arial"/>
                <w:b/>
                <w:color w:val="C59B27"/>
                <w:sz w:val="17"/>
              </w:rPr>
              <w:t>GLOBAL EDUCATIONAL &amp; PROFESSIONAL ACCREDITATION</w:t>
            </w:r>
            <w:r>
              <w:rPr>
                <w:rFonts w:ascii="Arial" w:hAnsi="Arial"/>
                <w:b/>
                <w:color w:val="C59B27"/>
                <w:sz w:val="17"/>
              </w:rPr>
              <w:br/>
            </w:r>
            <w:r>
              <w:rPr>
                <w:rFonts w:ascii="Arial" w:hAnsi="Arial"/>
                <w:color w:val="282828"/>
                <w:sz w:val="18"/>
              </w:rPr>
              <w:t>Emails: office@gepea.eu | gepea.official@gmail.com | info@gepea.org.uk</w:t>
            </w:r>
            <w:r>
              <w:rPr>
                <w:rFonts w:ascii="Arial" w:hAnsi="Arial"/>
                <w:color w:val="282828"/>
                <w:sz w:val="18"/>
              </w:rPr>
              <w:br/>
              <w:t>Websites: www.gepea.eu | www.gepea.org.uk</w:t>
            </w:r>
          </w:p>
        </w:tc>
      </w:tr>
    </w:tbl>
    <w:p w:rsidR="00EE28FF" w:rsidRPr="00C86CED" w:rsidRDefault="00EE28FF">
      <w:pPr>
        <w:pBdr>
          <w:bottom w:val="single" w:sz="12" w:space="1" w:color="700C1E"/>
        </w:pBdr>
        <w:spacing w:before="120" w:after="160"/>
        <w:rPr>
          <w:sz w:val="2"/>
          <w:szCs w:val="2"/>
        </w:rPr>
      </w:pPr>
    </w:p>
    <w:tbl>
      <w:tblPr>
        <w:tblW w:w="0" w:type="auto"/>
        <w:jc w:val="center"/>
        <w:tblLook w:val="04A0" w:firstRow="1" w:lastRow="0" w:firstColumn="1" w:lastColumn="0" w:noHBand="0" w:noVBand="1"/>
      </w:tblPr>
      <w:tblGrid>
        <w:gridCol w:w="10224"/>
      </w:tblGrid>
      <w:tr w:rsidR="00EE28FF">
        <w:trPr>
          <w:jc w:val="center"/>
        </w:trPr>
        <w:tc>
          <w:tcPr>
            <w:tcW w:w="10224" w:type="dxa"/>
            <w:shd w:val="clear" w:color="auto" w:fill="700C1E"/>
            <w:tcMar>
              <w:top w:w="100" w:type="dxa"/>
              <w:left w:w="150" w:type="dxa"/>
              <w:bottom w:w="100" w:type="dxa"/>
              <w:right w:w="150" w:type="dxa"/>
            </w:tcMar>
          </w:tcPr>
          <w:p w:rsidR="00EE28FF" w:rsidRDefault="00663856">
            <w:pPr>
              <w:jc w:val="center"/>
            </w:pPr>
            <w:r>
              <w:rPr>
                <w:rFonts w:ascii="Arial" w:hAnsi="Arial"/>
                <w:b/>
                <w:color w:val="FFFFFF"/>
              </w:rPr>
              <w:t>APPLICATION FORM FOR AUTHORIZED GLOBAL STUDY CENTER / AFFILIATION</w:t>
            </w:r>
          </w:p>
        </w:tc>
      </w:tr>
    </w:tbl>
    <w:p w:rsidR="00EE28FF" w:rsidRDefault="00663856">
      <w:pPr>
        <w:pBdr>
          <w:bottom w:val="single" w:sz="6" w:space="1" w:color="C59B27"/>
        </w:pBdr>
        <w:spacing w:before="200" w:after="80"/>
      </w:pPr>
      <w:r>
        <w:rPr>
          <w:rFonts w:ascii="Arial" w:hAnsi="Arial"/>
          <w:b/>
          <w:color w:val="700C1E"/>
          <w:sz w:val="20"/>
        </w:rPr>
        <w:t xml:space="preserve">1. </w:t>
      </w:r>
      <w:r>
        <w:rPr>
          <w:rFonts w:ascii="Arial" w:hAnsi="Arial"/>
          <w:b/>
          <w:color w:val="700C1E"/>
          <w:sz w:val="20"/>
        </w:rPr>
        <w:t>INSTITUTIONAL INFORMATION</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312"/>
        <w:gridCol w:w="6912"/>
      </w:tblGrid>
      <w:tr w:rsidR="00EE28FF">
        <w:trPr>
          <w:jc w:val="center"/>
        </w:trPr>
        <w:tc>
          <w:tcPr>
            <w:tcW w:w="3312" w:type="dxa"/>
            <w:shd w:val="clear" w:color="auto" w:fill="FBF9F5"/>
            <w:tcMar>
              <w:top w:w="80" w:type="dxa"/>
              <w:left w:w="100" w:type="dxa"/>
              <w:bottom w:w="80" w:type="dxa"/>
              <w:right w:w="100" w:type="dxa"/>
            </w:tcMar>
          </w:tcPr>
          <w:p w:rsidR="00EE28FF" w:rsidRDefault="00663856">
            <w:r>
              <w:rPr>
                <w:rFonts w:ascii="Arial" w:hAnsi="Arial"/>
                <w:b/>
                <w:color w:val="282828"/>
                <w:sz w:val="18"/>
              </w:rPr>
              <w:t>Name of Institution:</w:t>
            </w:r>
          </w:p>
        </w:tc>
        <w:tc>
          <w:tcPr>
            <w:tcW w:w="6912" w:type="dxa"/>
            <w:tcMar>
              <w:top w:w="80" w:type="dxa"/>
              <w:left w:w="100" w:type="dxa"/>
              <w:bottom w:w="80" w:type="dxa"/>
              <w:right w:w="100" w:type="dxa"/>
            </w:tcMar>
          </w:tcPr>
          <w:p w:rsidR="00EE28FF" w:rsidRDefault="00663856">
            <w:r>
              <w:rPr>
                <w:rFonts w:ascii="Arial" w:hAnsi="Arial"/>
                <w:i/>
                <w:color w:val="646464"/>
                <w:sz w:val="18"/>
              </w:rPr>
              <w:t>Full registered legal name of the institution</w:t>
            </w:r>
          </w:p>
        </w:tc>
      </w:tr>
      <w:tr w:rsidR="00EE28FF">
        <w:trPr>
          <w:jc w:val="center"/>
        </w:trPr>
        <w:tc>
          <w:tcPr>
            <w:tcW w:w="3312" w:type="dxa"/>
            <w:shd w:val="clear" w:color="auto" w:fill="FBF9F5"/>
            <w:tcMar>
              <w:top w:w="80" w:type="dxa"/>
              <w:left w:w="100" w:type="dxa"/>
              <w:bottom w:w="80" w:type="dxa"/>
              <w:right w:w="100" w:type="dxa"/>
            </w:tcMar>
          </w:tcPr>
          <w:p w:rsidR="00EE28FF" w:rsidRDefault="00663856">
            <w:r>
              <w:rPr>
                <w:rFonts w:ascii="Arial" w:hAnsi="Arial"/>
                <w:b/>
                <w:color w:val="282828"/>
                <w:sz w:val="18"/>
              </w:rPr>
              <w:t>Country:</w:t>
            </w:r>
          </w:p>
        </w:tc>
        <w:tc>
          <w:tcPr>
            <w:tcW w:w="6912" w:type="dxa"/>
            <w:tcMar>
              <w:top w:w="80" w:type="dxa"/>
              <w:left w:w="100" w:type="dxa"/>
              <w:bottom w:w="80" w:type="dxa"/>
              <w:right w:w="100" w:type="dxa"/>
            </w:tcMar>
          </w:tcPr>
          <w:p w:rsidR="00EE28FF" w:rsidRDefault="00663856">
            <w:r>
              <w:rPr>
                <w:rFonts w:ascii="Arial" w:hAnsi="Arial"/>
                <w:i/>
                <w:color w:val="646464"/>
                <w:sz w:val="18"/>
              </w:rPr>
              <w:t>Country of location / operation</w:t>
            </w:r>
          </w:p>
        </w:tc>
      </w:tr>
      <w:tr w:rsidR="00EE28FF">
        <w:trPr>
          <w:jc w:val="center"/>
        </w:trPr>
        <w:tc>
          <w:tcPr>
            <w:tcW w:w="3312" w:type="dxa"/>
            <w:shd w:val="clear" w:color="auto" w:fill="FBF9F5"/>
            <w:tcMar>
              <w:top w:w="80" w:type="dxa"/>
              <w:left w:w="100" w:type="dxa"/>
              <w:bottom w:w="80" w:type="dxa"/>
              <w:right w:w="100" w:type="dxa"/>
            </w:tcMar>
          </w:tcPr>
          <w:p w:rsidR="00EE28FF" w:rsidRDefault="00663856">
            <w:r>
              <w:rPr>
                <w:rFonts w:ascii="Arial" w:hAnsi="Arial"/>
                <w:b/>
                <w:color w:val="282828"/>
                <w:sz w:val="18"/>
              </w:rPr>
              <w:t>Email Address:</w:t>
            </w:r>
          </w:p>
        </w:tc>
        <w:tc>
          <w:tcPr>
            <w:tcW w:w="6912" w:type="dxa"/>
            <w:tcMar>
              <w:top w:w="80" w:type="dxa"/>
              <w:left w:w="100" w:type="dxa"/>
              <w:bottom w:w="80" w:type="dxa"/>
              <w:right w:w="100" w:type="dxa"/>
            </w:tcMar>
          </w:tcPr>
          <w:p w:rsidR="00EE28FF" w:rsidRDefault="00663856">
            <w:r>
              <w:rPr>
                <w:rFonts w:ascii="Arial" w:hAnsi="Arial"/>
                <w:i/>
                <w:color w:val="646464"/>
                <w:sz w:val="18"/>
              </w:rPr>
              <w:t>Primary institutional email address</w:t>
            </w:r>
          </w:p>
        </w:tc>
      </w:tr>
      <w:tr w:rsidR="00EE28FF">
        <w:trPr>
          <w:jc w:val="center"/>
        </w:trPr>
        <w:tc>
          <w:tcPr>
            <w:tcW w:w="3312" w:type="dxa"/>
            <w:shd w:val="clear" w:color="auto" w:fill="FBF9F5"/>
            <w:tcMar>
              <w:top w:w="80" w:type="dxa"/>
              <w:left w:w="100" w:type="dxa"/>
              <w:bottom w:w="80" w:type="dxa"/>
              <w:right w:w="100" w:type="dxa"/>
            </w:tcMar>
          </w:tcPr>
          <w:p w:rsidR="00EE28FF" w:rsidRDefault="00663856">
            <w:r>
              <w:rPr>
                <w:rFonts w:ascii="Arial" w:hAnsi="Arial"/>
                <w:b/>
                <w:color w:val="282828"/>
                <w:sz w:val="18"/>
              </w:rPr>
              <w:t>WhatsApp Number:</w:t>
            </w:r>
          </w:p>
        </w:tc>
        <w:tc>
          <w:tcPr>
            <w:tcW w:w="6912" w:type="dxa"/>
            <w:tcMar>
              <w:top w:w="80" w:type="dxa"/>
              <w:left w:w="100" w:type="dxa"/>
              <w:bottom w:w="80" w:type="dxa"/>
              <w:right w:w="100" w:type="dxa"/>
            </w:tcMar>
          </w:tcPr>
          <w:p w:rsidR="00EE28FF" w:rsidRDefault="00663856">
            <w:r>
              <w:rPr>
                <w:rFonts w:ascii="Arial" w:hAnsi="Arial"/>
                <w:i/>
                <w:color w:val="646464"/>
                <w:sz w:val="18"/>
              </w:rPr>
              <w:t xml:space="preserve">Official WhatsApp contact number (with country </w:t>
            </w:r>
            <w:r>
              <w:rPr>
                <w:rFonts w:ascii="Arial" w:hAnsi="Arial"/>
                <w:i/>
                <w:color w:val="646464"/>
                <w:sz w:val="18"/>
              </w:rPr>
              <w:t>code)</w:t>
            </w:r>
          </w:p>
        </w:tc>
      </w:tr>
      <w:tr w:rsidR="00EE28FF">
        <w:trPr>
          <w:jc w:val="center"/>
        </w:trPr>
        <w:tc>
          <w:tcPr>
            <w:tcW w:w="3312" w:type="dxa"/>
            <w:shd w:val="clear" w:color="auto" w:fill="FBF9F5"/>
            <w:tcMar>
              <w:top w:w="80" w:type="dxa"/>
              <w:left w:w="100" w:type="dxa"/>
              <w:bottom w:w="80" w:type="dxa"/>
              <w:right w:w="100" w:type="dxa"/>
            </w:tcMar>
          </w:tcPr>
          <w:p w:rsidR="00EE28FF" w:rsidRDefault="00663856">
            <w:r>
              <w:rPr>
                <w:rFonts w:ascii="Arial" w:hAnsi="Arial"/>
                <w:b/>
                <w:color w:val="282828"/>
                <w:sz w:val="18"/>
              </w:rPr>
              <w:t>Official Website:</w:t>
            </w:r>
          </w:p>
        </w:tc>
        <w:tc>
          <w:tcPr>
            <w:tcW w:w="6912" w:type="dxa"/>
            <w:tcMar>
              <w:top w:w="80" w:type="dxa"/>
              <w:left w:w="100" w:type="dxa"/>
              <w:bottom w:w="80" w:type="dxa"/>
              <w:right w:w="100" w:type="dxa"/>
            </w:tcMar>
          </w:tcPr>
          <w:p w:rsidR="00EE28FF" w:rsidRDefault="00663856">
            <w:r>
              <w:rPr>
                <w:rFonts w:ascii="Arial" w:hAnsi="Arial"/>
                <w:i/>
                <w:color w:val="646464"/>
                <w:sz w:val="18"/>
              </w:rPr>
              <w:t>e.g., www.institution.edu</w:t>
            </w:r>
          </w:p>
        </w:tc>
      </w:tr>
    </w:tbl>
    <w:p w:rsidR="00EE28FF" w:rsidRDefault="00663856">
      <w:pPr>
        <w:pBdr>
          <w:bottom w:val="single" w:sz="6" w:space="1" w:color="C59B27"/>
        </w:pBdr>
        <w:spacing w:before="200" w:after="80"/>
      </w:pPr>
      <w:r>
        <w:rPr>
          <w:rFonts w:ascii="Arial" w:hAnsi="Arial"/>
          <w:b/>
          <w:color w:val="700C1E"/>
          <w:sz w:val="20"/>
        </w:rPr>
        <w:t>2. ACADEMIC &amp; PROGRAM DETAILS</w:t>
      </w:r>
    </w:p>
    <w:p w:rsidR="00EE28FF" w:rsidRDefault="00663856">
      <w:pPr>
        <w:spacing w:before="60" w:after="60"/>
      </w:pPr>
      <w:r>
        <w:rPr>
          <w:rFonts w:ascii="Arial" w:hAnsi="Arial"/>
          <w:color w:val="282828"/>
          <w:sz w:val="18"/>
        </w:rPr>
        <w:t>Please select/specify the types of programs/courses you wish to offer as an Authorized GEPEA Global Study Center:</w:t>
      </w:r>
    </w:p>
    <w:tbl>
      <w:tblPr>
        <w:tblW w:w="0" w:type="auto"/>
        <w:jc w:val="center"/>
        <w:tblBorders>
          <w:top w:val="single" w:sz="4" w:space="0" w:color="E0E0E0"/>
          <w:bottom w:val="single" w:sz="4" w:space="0" w:color="E0E0E0"/>
          <w:insideH w:val="single" w:sz="4" w:space="0" w:color="E0E0E0"/>
        </w:tblBorders>
        <w:tblLook w:val="04A0" w:firstRow="1" w:lastRow="0" w:firstColumn="1" w:lastColumn="0" w:noHBand="0" w:noVBand="1"/>
      </w:tblPr>
      <w:tblGrid>
        <w:gridCol w:w="5112"/>
        <w:gridCol w:w="5112"/>
      </w:tblGrid>
      <w:tr w:rsidR="00EE28FF">
        <w:trPr>
          <w:jc w:val="center"/>
        </w:trPr>
        <w:tc>
          <w:tcPr>
            <w:tcW w:w="5112" w:type="dxa"/>
            <w:tcMar>
              <w:top w:w="60" w:type="dxa"/>
              <w:left w:w="90" w:type="dxa"/>
              <w:bottom w:w="60" w:type="dxa"/>
              <w:right w:w="90" w:type="dxa"/>
            </w:tcMar>
          </w:tcPr>
          <w:p w:rsidR="00EE28FF" w:rsidRDefault="00663856">
            <w:r>
              <w:rPr>
                <w:rFonts w:ascii="Arial" w:hAnsi="Arial"/>
                <w:color w:val="282828"/>
                <w:sz w:val="17"/>
              </w:rPr>
              <w:t>[  ] Executive Diploma &amp; Professional Certificates</w:t>
            </w:r>
          </w:p>
        </w:tc>
        <w:tc>
          <w:tcPr>
            <w:tcW w:w="5112" w:type="dxa"/>
            <w:tcMar>
              <w:top w:w="60" w:type="dxa"/>
              <w:left w:w="90" w:type="dxa"/>
              <w:bottom w:w="60" w:type="dxa"/>
              <w:right w:w="90" w:type="dxa"/>
            </w:tcMar>
          </w:tcPr>
          <w:p w:rsidR="00EE28FF" w:rsidRDefault="00663856">
            <w:r>
              <w:rPr>
                <w:rFonts w:ascii="Arial" w:hAnsi="Arial"/>
                <w:color w:val="282828"/>
                <w:sz w:val="17"/>
              </w:rPr>
              <w:t xml:space="preserve">[  ] </w:t>
            </w:r>
            <w:r>
              <w:rPr>
                <w:rFonts w:ascii="Arial" w:hAnsi="Arial"/>
                <w:color w:val="282828"/>
                <w:sz w:val="17"/>
              </w:rPr>
              <w:t>Bachelor / Undergraduate Programs</w:t>
            </w:r>
          </w:p>
        </w:tc>
      </w:tr>
      <w:tr w:rsidR="00EE28FF">
        <w:trPr>
          <w:jc w:val="center"/>
        </w:trPr>
        <w:tc>
          <w:tcPr>
            <w:tcW w:w="5112" w:type="dxa"/>
            <w:tcMar>
              <w:top w:w="60" w:type="dxa"/>
              <w:left w:w="90" w:type="dxa"/>
              <w:bottom w:w="60" w:type="dxa"/>
              <w:right w:w="90" w:type="dxa"/>
            </w:tcMar>
          </w:tcPr>
          <w:p w:rsidR="00EE28FF" w:rsidRDefault="00663856">
            <w:r>
              <w:rPr>
                <w:rFonts w:ascii="Arial" w:hAnsi="Arial"/>
                <w:color w:val="282828"/>
                <w:sz w:val="17"/>
              </w:rPr>
              <w:t>[  ] Master / Postgraduate Programs</w:t>
            </w:r>
          </w:p>
        </w:tc>
        <w:tc>
          <w:tcPr>
            <w:tcW w:w="5112" w:type="dxa"/>
            <w:tcMar>
              <w:top w:w="60" w:type="dxa"/>
              <w:left w:w="90" w:type="dxa"/>
              <w:bottom w:w="60" w:type="dxa"/>
              <w:right w:w="90" w:type="dxa"/>
            </w:tcMar>
          </w:tcPr>
          <w:p w:rsidR="00EE28FF" w:rsidRDefault="00663856">
            <w:r>
              <w:rPr>
                <w:rFonts w:ascii="Arial" w:hAnsi="Arial"/>
                <w:color w:val="282828"/>
                <w:sz w:val="17"/>
              </w:rPr>
              <w:t>[  ] Doctoral / Doctorate Programs (Ph.D / DBA)</w:t>
            </w:r>
          </w:p>
        </w:tc>
      </w:tr>
      <w:tr w:rsidR="00EE28FF">
        <w:trPr>
          <w:jc w:val="center"/>
        </w:trPr>
        <w:tc>
          <w:tcPr>
            <w:tcW w:w="5112" w:type="dxa"/>
            <w:tcMar>
              <w:top w:w="60" w:type="dxa"/>
              <w:left w:w="90" w:type="dxa"/>
              <w:bottom w:w="60" w:type="dxa"/>
              <w:right w:w="90" w:type="dxa"/>
            </w:tcMar>
          </w:tcPr>
          <w:p w:rsidR="00EE28FF" w:rsidRDefault="00663856">
            <w:r>
              <w:rPr>
                <w:rFonts w:ascii="Arial" w:hAnsi="Arial"/>
                <w:color w:val="282828"/>
                <w:sz w:val="17"/>
              </w:rPr>
              <w:t>[  ] Short Courses &amp; Vocational Training</w:t>
            </w:r>
          </w:p>
        </w:tc>
        <w:tc>
          <w:tcPr>
            <w:tcW w:w="5112" w:type="dxa"/>
            <w:tcMar>
              <w:top w:w="60" w:type="dxa"/>
              <w:left w:w="90" w:type="dxa"/>
              <w:bottom w:w="60" w:type="dxa"/>
              <w:right w:w="90" w:type="dxa"/>
            </w:tcMar>
          </w:tcPr>
          <w:p w:rsidR="00EE28FF" w:rsidRDefault="00663856">
            <w:r>
              <w:rPr>
                <w:rFonts w:ascii="Arial" w:hAnsi="Arial"/>
                <w:color w:val="282828"/>
                <w:sz w:val="17"/>
              </w:rPr>
              <w:t>[  ] Other / Specialized Programs (Specify below)</w:t>
            </w:r>
          </w:p>
        </w:tc>
      </w:tr>
    </w:tbl>
    <w:p w:rsidR="00EE28FF" w:rsidRDefault="00663856">
      <w:pPr>
        <w:spacing w:before="100" w:after="60"/>
      </w:pPr>
      <w:r>
        <w:rPr>
          <w:rFonts w:ascii="Arial" w:hAnsi="Arial"/>
          <w:b/>
          <w:color w:val="282828"/>
          <w:sz w:val="18"/>
        </w:rPr>
        <w:t>Specific Course Titles / Specializations Pro</w:t>
      </w:r>
      <w:r>
        <w:rPr>
          <w:rFonts w:ascii="Arial" w:hAnsi="Arial"/>
          <w:b/>
          <w:color w:val="282828"/>
          <w:sz w:val="18"/>
        </w:rPr>
        <w:t>posed to Run:</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864"/>
        <w:gridCol w:w="6480"/>
        <w:gridCol w:w="2880"/>
      </w:tblGrid>
      <w:tr w:rsidR="00EE28FF">
        <w:trPr>
          <w:jc w:val="center"/>
        </w:trPr>
        <w:tc>
          <w:tcPr>
            <w:tcW w:w="864" w:type="dxa"/>
            <w:shd w:val="clear" w:color="auto" w:fill="700C1E"/>
            <w:tcMar>
              <w:top w:w="70" w:type="dxa"/>
              <w:left w:w="90" w:type="dxa"/>
              <w:bottom w:w="70" w:type="dxa"/>
              <w:right w:w="90" w:type="dxa"/>
            </w:tcMar>
          </w:tcPr>
          <w:p w:rsidR="00EE28FF" w:rsidRDefault="00663856">
            <w:pPr>
              <w:jc w:val="center"/>
            </w:pPr>
            <w:r>
              <w:rPr>
                <w:rFonts w:ascii="Arial" w:hAnsi="Arial"/>
                <w:b/>
                <w:color w:val="FFFFFF"/>
                <w:sz w:val="17"/>
              </w:rPr>
              <w:t>S.N.</w:t>
            </w:r>
          </w:p>
        </w:tc>
        <w:tc>
          <w:tcPr>
            <w:tcW w:w="6480" w:type="dxa"/>
            <w:shd w:val="clear" w:color="auto" w:fill="700C1E"/>
            <w:tcMar>
              <w:top w:w="70" w:type="dxa"/>
              <w:left w:w="90" w:type="dxa"/>
              <w:bottom w:w="70" w:type="dxa"/>
              <w:right w:w="90" w:type="dxa"/>
            </w:tcMar>
          </w:tcPr>
          <w:p w:rsidR="00EE28FF" w:rsidRDefault="00663856">
            <w:pPr>
              <w:jc w:val="center"/>
            </w:pPr>
            <w:r>
              <w:rPr>
                <w:rFonts w:ascii="Arial" w:hAnsi="Arial"/>
                <w:b/>
                <w:color w:val="FFFFFF"/>
                <w:sz w:val="17"/>
              </w:rPr>
              <w:t>Proposed Program / Course Name</w:t>
            </w:r>
          </w:p>
        </w:tc>
        <w:tc>
          <w:tcPr>
            <w:tcW w:w="2880" w:type="dxa"/>
            <w:shd w:val="clear" w:color="auto" w:fill="700C1E"/>
            <w:tcMar>
              <w:top w:w="70" w:type="dxa"/>
              <w:left w:w="90" w:type="dxa"/>
              <w:bottom w:w="70" w:type="dxa"/>
              <w:right w:w="90" w:type="dxa"/>
            </w:tcMar>
          </w:tcPr>
          <w:p w:rsidR="00EE28FF" w:rsidRDefault="00663856">
            <w:pPr>
              <w:jc w:val="center"/>
            </w:pPr>
            <w:r>
              <w:rPr>
                <w:rFonts w:ascii="Arial" w:hAnsi="Arial"/>
                <w:b/>
                <w:color w:val="FFFFFF"/>
                <w:sz w:val="17"/>
              </w:rPr>
              <w:t>Field / Discipline</w:t>
            </w:r>
          </w:p>
        </w:tc>
      </w:tr>
      <w:tr w:rsidR="00EE28FF">
        <w:trPr>
          <w:jc w:val="center"/>
        </w:trPr>
        <w:tc>
          <w:tcPr>
            <w:tcW w:w="864" w:type="dxa"/>
            <w:tcMar>
              <w:top w:w="60" w:type="dxa"/>
              <w:left w:w="90" w:type="dxa"/>
              <w:bottom w:w="60" w:type="dxa"/>
              <w:right w:w="90" w:type="dxa"/>
            </w:tcMar>
          </w:tcPr>
          <w:p w:rsidR="00EE28FF" w:rsidRDefault="00663856">
            <w:pPr>
              <w:jc w:val="center"/>
            </w:pPr>
            <w:r>
              <w:rPr>
                <w:rFonts w:ascii="Arial" w:hAnsi="Arial"/>
                <w:color w:val="282828"/>
                <w:sz w:val="17"/>
              </w:rPr>
              <w:t>1.</w:t>
            </w:r>
          </w:p>
        </w:tc>
        <w:tc>
          <w:tcPr>
            <w:tcW w:w="6480" w:type="dxa"/>
            <w:tcMar>
              <w:top w:w="60" w:type="dxa"/>
              <w:left w:w="90" w:type="dxa"/>
              <w:bottom w:w="60" w:type="dxa"/>
              <w:right w:w="90" w:type="dxa"/>
            </w:tcMar>
          </w:tcPr>
          <w:p w:rsidR="00EE28FF" w:rsidRDefault="00EE28FF"/>
        </w:tc>
        <w:tc>
          <w:tcPr>
            <w:tcW w:w="2880" w:type="dxa"/>
            <w:tcMar>
              <w:top w:w="60" w:type="dxa"/>
              <w:left w:w="90" w:type="dxa"/>
              <w:bottom w:w="60" w:type="dxa"/>
              <w:right w:w="90" w:type="dxa"/>
            </w:tcMar>
          </w:tcPr>
          <w:p w:rsidR="00EE28FF" w:rsidRDefault="00EE28FF"/>
        </w:tc>
      </w:tr>
      <w:tr w:rsidR="00EE28FF">
        <w:trPr>
          <w:jc w:val="center"/>
        </w:trPr>
        <w:tc>
          <w:tcPr>
            <w:tcW w:w="864" w:type="dxa"/>
            <w:tcMar>
              <w:top w:w="60" w:type="dxa"/>
              <w:left w:w="90" w:type="dxa"/>
              <w:bottom w:w="60" w:type="dxa"/>
              <w:right w:w="90" w:type="dxa"/>
            </w:tcMar>
          </w:tcPr>
          <w:p w:rsidR="00EE28FF" w:rsidRDefault="00663856">
            <w:pPr>
              <w:jc w:val="center"/>
            </w:pPr>
            <w:r>
              <w:rPr>
                <w:rFonts w:ascii="Arial" w:hAnsi="Arial"/>
                <w:color w:val="282828"/>
                <w:sz w:val="17"/>
              </w:rPr>
              <w:t>2.</w:t>
            </w:r>
          </w:p>
        </w:tc>
        <w:tc>
          <w:tcPr>
            <w:tcW w:w="6480" w:type="dxa"/>
            <w:tcMar>
              <w:top w:w="60" w:type="dxa"/>
              <w:left w:w="90" w:type="dxa"/>
              <w:bottom w:w="60" w:type="dxa"/>
              <w:right w:w="90" w:type="dxa"/>
            </w:tcMar>
          </w:tcPr>
          <w:p w:rsidR="00EE28FF" w:rsidRDefault="00EE28FF"/>
        </w:tc>
        <w:tc>
          <w:tcPr>
            <w:tcW w:w="2880" w:type="dxa"/>
            <w:tcMar>
              <w:top w:w="60" w:type="dxa"/>
              <w:left w:w="90" w:type="dxa"/>
              <w:bottom w:w="60" w:type="dxa"/>
              <w:right w:w="90" w:type="dxa"/>
            </w:tcMar>
          </w:tcPr>
          <w:p w:rsidR="00EE28FF" w:rsidRDefault="00EE28FF"/>
        </w:tc>
      </w:tr>
      <w:tr w:rsidR="00EE28FF">
        <w:trPr>
          <w:jc w:val="center"/>
        </w:trPr>
        <w:tc>
          <w:tcPr>
            <w:tcW w:w="864" w:type="dxa"/>
            <w:tcMar>
              <w:top w:w="60" w:type="dxa"/>
              <w:left w:w="90" w:type="dxa"/>
              <w:bottom w:w="60" w:type="dxa"/>
              <w:right w:w="90" w:type="dxa"/>
            </w:tcMar>
          </w:tcPr>
          <w:p w:rsidR="00EE28FF" w:rsidRDefault="00663856">
            <w:pPr>
              <w:jc w:val="center"/>
            </w:pPr>
            <w:r>
              <w:rPr>
                <w:rFonts w:ascii="Arial" w:hAnsi="Arial"/>
                <w:color w:val="282828"/>
                <w:sz w:val="17"/>
              </w:rPr>
              <w:t>3.</w:t>
            </w:r>
          </w:p>
        </w:tc>
        <w:tc>
          <w:tcPr>
            <w:tcW w:w="6480" w:type="dxa"/>
            <w:tcMar>
              <w:top w:w="60" w:type="dxa"/>
              <w:left w:w="90" w:type="dxa"/>
              <w:bottom w:w="60" w:type="dxa"/>
              <w:right w:w="90" w:type="dxa"/>
            </w:tcMar>
          </w:tcPr>
          <w:p w:rsidR="00EE28FF" w:rsidRDefault="00EE28FF"/>
        </w:tc>
        <w:tc>
          <w:tcPr>
            <w:tcW w:w="2880" w:type="dxa"/>
            <w:tcMar>
              <w:top w:w="60" w:type="dxa"/>
              <w:left w:w="90" w:type="dxa"/>
              <w:bottom w:w="60" w:type="dxa"/>
              <w:right w:w="90" w:type="dxa"/>
            </w:tcMar>
          </w:tcPr>
          <w:p w:rsidR="00EE28FF" w:rsidRDefault="00EE28FF"/>
        </w:tc>
      </w:tr>
    </w:tbl>
    <w:p w:rsidR="00EE28FF" w:rsidRDefault="00663856">
      <w:pPr>
        <w:pBdr>
          <w:bottom w:val="single" w:sz="6" w:space="1" w:color="C59B27"/>
        </w:pBdr>
        <w:spacing w:before="200" w:after="80"/>
      </w:pPr>
      <w:r>
        <w:rPr>
          <w:rFonts w:ascii="Arial" w:hAnsi="Arial"/>
          <w:b/>
          <w:color w:val="700C1E"/>
          <w:sz w:val="20"/>
        </w:rPr>
        <w:t>3. TARGET STUDENT ENROLLMENT NUMBERS</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600"/>
        <w:gridCol w:w="6624"/>
      </w:tblGrid>
      <w:tr w:rsidR="00EE28FF">
        <w:trPr>
          <w:jc w:val="center"/>
        </w:trPr>
        <w:tc>
          <w:tcPr>
            <w:tcW w:w="3600" w:type="dxa"/>
            <w:shd w:val="clear" w:color="auto" w:fill="FBF9F5"/>
            <w:tcMar>
              <w:top w:w="70" w:type="dxa"/>
              <w:left w:w="100" w:type="dxa"/>
              <w:bottom w:w="70" w:type="dxa"/>
              <w:right w:w="100" w:type="dxa"/>
            </w:tcMar>
          </w:tcPr>
          <w:p w:rsidR="00EE28FF" w:rsidRDefault="00663856">
            <w:r>
              <w:rPr>
                <w:rFonts w:ascii="Arial" w:hAnsi="Arial"/>
                <w:b/>
                <w:color w:val="282828"/>
                <w:sz w:val="18"/>
              </w:rPr>
              <w:t>Target Students (Monthly):</w:t>
            </w:r>
          </w:p>
        </w:tc>
        <w:tc>
          <w:tcPr>
            <w:tcW w:w="6624" w:type="dxa"/>
            <w:tcMar>
              <w:top w:w="70" w:type="dxa"/>
              <w:left w:w="100" w:type="dxa"/>
              <w:bottom w:w="70" w:type="dxa"/>
              <w:right w:w="100" w:type="dxa"/>
            </w:tcMar>
          </w:tcPr>
          <w:p w:rsidR="00EE28FF" w:rsidRDefault="00663856">
            <w:r>
              <w:rPr>
                <w:rFonts w:ascii="Arial" w:hAnsi="Arial"/>
                <w:i/>
                <w:color w:val="646464"/>
                <w:sz w:val="18"/>
              </w:rPr>
              <w:t>Estimated number of new student enrollments per month</w:t>
            </w:r>
          </w:p>
        </w:tc>
      </w:tr>
      <w:tr w:rsidR="00EE28FF">
        <w:trPr>
          <w:jc w:val="center"/>
        </w:trPr>
        <w:tc>
          <w:tcPr>
            <w:tcW w:w="3600" w:type="dxa"/>
            <w:shd w:val="clear" w:color="auto" w:fill="FBF9F5"/>
            <w:tcMar>
              <w:top w:w="70" w:type="dxa"/>
              <w:left w:w="100" w:type="dxa"/>
              <w:bottom w:w="70" w:type="dxa"/>
              <w:right w:w="100" w:type="dxa"/>
            </w:tcMar>
          </w:tcPr>
          <w:p w:rsidR="00EE28FF" w:rsidRDefault="00663856">
            <w:r>
              <w:rPr>
                <w:rFonts w:ascii="Arial" w:hAnsi="Arial"/>
                <w:b/>
                <w:color w:val="282828"/>
                <w:sz w:val="18"/>
              </w:rPr>
              <w:t>Target Students (Annually):</w:t>
            </w:r>
          </w:p>
        </w:tc>
        <w:tc>
          <w:tcPr>
            <w:tcW w:w="6624" w:type="dxa"/>
            <w:tcMar>
              <w:top w:w="70" w:type="dxa"/>
              <w:left w:w="100" w:type="dxa"/>
              <w:bottom w:w="70" w:type="dxa"/>
              <w:right w:w="100" w:type="dxa"/>
            </w:tcMar>
          </w:tcPr>
          <w:p w:rsidR="00EE28FF" w:rsidRDefault="00663856">
            <w:r>
              <w:rPr>
                <w:rFonts w:ascii="Arial" w:hAnsi="Arial"/>
                <w:i/>
                <w:color w:val="646464"/>
                <w:sz w:val="18"/>
              </w:rPr>
              <w:t xml:space="preserve">Estimated total </w:t>
            </w:r>
            <w:r>
              <w:rPr>
                <w:rFonts w:ascii="Arial" w:hAnsi="Arial"/>
                <w:i/>
                <w:color w:val="646464"/>
                <w:sz w:val="18"/>
              </w:rPr>
              <w:t>student enrollments per year</w:t>
            </w:r>
          </w:p>
        </w:tc>
      </w:tr>
      <w:tr w:rsidR="00EE28FF">
        <w:trPr>
          <w:jc w:val="center"/>
        </w:trPr>
        <w:tc>
          <w:tcPr>
            <w:tcW w:w="3600" w:type="dxa"/>
            <w:shd w:val="clear" w:color="auto" w:fill="FBF9F5"/>
            <w:tcMar>
              <w:top w:w="70" w:type="dxa"/>
              <w:left w:w="100" w:type="dxa"/>
              <w:bottom w:w="70" w:type="dxa"/>
              <w:right w:w="100" w:type="dxa"/>
            </w:tcMar>
          </w:tcPr>
          <w:p w:rsidR="00EE28FF" w:rsidRDefault="00663856">
            <w:r>
              <w:rPr>
                <w:rFonts w:ascii="Arial" w:hAnsi="Arial"/>
                <w:b/>
                <w:color w:val="282828"/>
                <w:sz w:val="18"/>
              </w:rPr>
              <w:t>Primary Target Region / Market:</w:t>
            </w:r>
          </w:p>
        </w:tc>
        <w:tc>
          <w:tcPr>
            <w:tcW w:w="6624" w:type="dxa"/>
            <w:tcMar>
              <w:top w:w="70" w:type="dxa"/>
              <w:left w:w="100" w:type="dxa"/>
              <w:bottom w:w="70" w:type="dxa"/>
              <w:right w:w="100" w:type="dxa"/>
            </w:tcMar>
          </w:tcPr>
          <w:p w:rsidR="00EE28FF" w:rsidRDefault="00663856">
            <w:r>
              <w:rPr>
                <w:rFonts w:ascii="Arial" w:hAnsi="Arial"/>
                <w:i/>
                <w:color w:val="646464"/>
                <w:sz w:val="18"/>
              </w:rPr>
              <w:t>City / Region / Country focus area</w:t>
            </w:r>
          </w:p>
        </w:tc>
      </w:tr>
    </w:tbl>
    <w:p w:rsidR="00EE28FF" w:rsidRDefault="00EE28FF">
      <w:pPr>
        <w:rPr>
          <w:sz w:val="10"/>
          <w:szCs w:val="10"/>
        </w:rPr>
      </w:pPr>
    </w:p>
    <w:p w:rsidR="00C86CED" w:rsidRPr="00C86CED" w:rsidRDefault="00C86CED">
      <w:pPr>
        <w:rPr>
          <w:sz w:val="10"/>
          <w:szCs w:val="10"/>
        </w:rPr>
      </w:pPr>
    </w:p>
    <w:tbl>
      <w:tblPr>
        <w:tblW w:w="0" w:type="auto"/>
        <w:jc w:val="center"/>
        <w:tblLayout w:type="fixed"/>
        <w:tblLook w:val="04A0" w:firstRow="1" w:lastRow="0" w:firstColumn="1" w:lastColumn="0" w:noHBand="0" w:noVBand="1"/>
      </w:tblPr>
      <w:tblGrid>
        <w:gridCol w:w="1440"/>
        <w:gridCol w:w="8784"/>
      </w:tblGrid>
      <w:tr w:rsidR="00EE28FF">
        <w:trPr>
          <w:jc w:val="center"/>
        </w:trPr>
        <w:tc>
          <w:tcPr>
            <w:tcW w:w="1440" w:type="dxa"/>
            <w:vAlign w:val="center"/>
          </w:tcPr>
          <w:p w:rsidR="00EE28FF" w:rsidRDefault="00663856">
            <w:r>
              <w:rPr>
                <w:noProof/>
              </w:rPr>
              <w:drawing>
                <wp:inline distT="0" distB="0" distL="0" distR="0">
                  <wp:extent cx="685800" cy="554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1.png"/>
                          <pic:cNvPicPr/>
                        </pic:nvPicPr>
                        <pic:blipFill>
                          <a:blip r:embed="rId8"/>
                          <a:stretch>
                            <a:fillRect/>
                          </a:stretch>
                        </pic:blipFill>
                        <pic:spPr>
                          <a:xfrm>
                            <a:off x="0" y="0"/>
                            <a:ext cx="685800" cy="554505"/>
                          </a:xfrm>
                          <a:prstGeom prst="rect">
                            <a:avLst/>
                          </a:prstGeom>
                        </pic:spPr>
                      </pic:pic>
                    </a:graphicData>
                  </a:graphic>
                </wp:inline>
              </w:drawing>
            </w:r>
          </w:p>
        </w:tc>
        <w:tc>
          <w:tcPr>
            <w:tcW w:w="8784" w:type="dxa"/>
            <w:vAlign w:val="center"/>
          </w:tcPr>
          <w:p w:rsidR="00EE28FF" w:rsidRDefault="00663856">
            <w:pPr>
              <w:spacing w:after="0"/>
            </w:pPr>
            <w:r>
              <w:rPr>
                <w:rFonts w:ascii="Arial" w:hAnsi="Arial"/>
                <w:b/>
                <w:color w:val="700C1E"/>
                <w:sz w:val="20"/>
              </w:rPr>
              <w:t>GEPEA UNIVERSITY - GLOBAL STUDY CENTER APPLICATION (PAGE 2)</w:t>
            </w:r>
          </w:p>
        </w:tc>
      </w:tr>
    </w:tbl>
    <w:p w:rsidR="00EE28FF" w:rsidRDefault="00EE28FF">
      <w:pPr>
        <w:pBdr>
          <w:bottom w:val="single" w:sz="8" w:space="1" w:color="C59B27"/>
        </w:pBdr>
        <w:spacing w:before="80" w:after="160"/>
      </w:pPr>
    </w:p>
    <w:p w:rsidR="00EE28FF" w:rsidRDefault="00663856">
      <w:pPr>
        <w:pBdr>
          <w:bottom w:val="single" w:sz="6" w:space="1" w:color="C59B27"/>
        </w:pBdr>
        <w:spacing w:before="200" w:after="80"/>
      </w:pPr>
      <w:r>
        <w:rPr>
          <w:rFonts w:ascii="Arial" w:hAnsi="Arial"/>
          <w:b/>
          <w:color w:val="700C1E"/>
          <w:sz w:val="20"/>
        </w:rPr>
        <w:t>4. SUMMARY OF FEE SCHEDULE &amp; PAYMENT INFORMATION INCLUDED</w:t>
      </w:r>
    </w:p>
    <w:p w:rsidR="00EE28FF" w:rsidRDefault="00663856">
      <w:pPr>
        <w:spacing w:before="80" w:after="120"/>
      </w:pPr>
      <w:r>
        <w:rPr>
          <w:rFonts w:ascii="Arial" w:hAnsi="Arial"/>
          <w:color w:val="282828"/>
          <w:sz w:val="19"/>
        </w:rPr>
        <w:t>Below is the official breakdown of</w:t>
      </w:r>
      <w:r>
        <w:rPr>
          <w:rFonts w:ascii="Arial" w:hAnsi="Arial"/>
          <w:color w:val="282828"/>
          <w:sz w:val="19"/>
        </w:rPr>
        <w:t xml:space="preserve"> required application, accreditation, and affiliation/membership fees along with accepted payment channels:</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4032"/>
        <w:gridCol w:w="6192"/>
      </w:tblGrid>
      <w:tr w:rsidR="00EE28FF">
        <w:trPr>
          <w:jc w:val="center"/>
        </w:trPr>
        <w:tc>
          <w:tcPr>
            <w:tcW w:w="4032" w:type="dxa"/>
            <w:shd w:val="clear" w:color="auto" w:fill="FBF9F5"/>
            <w:tcMar>
              <w:top w:w="90" w:type="dxa"/>
              <w:left w:w="110" w:type="dxa"/>
              <w:bottom w:w="90" w:type="dxa"/>
              <w:right w:w="110" w:type="dxa"/>
            </w:tcMar>
          </w:tcPr>
          <w:p w:rsidR="00EE28FF" w:rsidRDefault="00663856">
            <w:r>
              <w:rPr>
                <w:rFonts w:ascii="Arial" w:hAnsi="Arial"/>
                <w:b/>
                <w:color w:val="282828"/>
                <w:sz w:val="18"/>
              </w:rPr>
              <w:t>Application Fee (Non-Refundable)</w:t>
            </w:r>
          </w:p>
        </w:tc>
        <w:tc>
          <w:tcPr>
            <w:tcW w:w="6192" w:type="dxa"/>
            <w:tcMar>
              <w:top w:w="90" w:type="dxa"/>
              <w:left w:w="110" w:type="dxa"/>
              <w:bottom w:w="90" w:type="dxa"/>
              <w:right w:w="110" w:type="dxa"/>
            </w:tcMar>
          </w:tcPr>
          <w:p w:rsidR="00EE28FF" w:rsidRDefault="00663856">
            <w:r>
              <w:rPr>
                <w:rFonts w:ascii="Arial" w:hAnsi="Arial"/>
                <w:b/>
                <w:color w:val="282828"/>
                <w:sz w:val="18"/>
              </w:rPr>
              <w:t>EUR 60</w:t>
            </w:r>
          </w:p>
        </w:tc>
      </w:tr>
      <w:tr w:rsidR="00EE28FF">
        <w:trPr>
          <w:jc w:val="center"/>
        </w:trPr>
        <w:tc>
          <w:tcPr>
            <w:tcW w:w="4032" w:type="dxa"/>
            <w:shd w:val="clear" w:color="auto" w:fill="FBF9F5"/>
            <w:tcMar>
              <w:top w:w="90" w:type="dxa"/>
              <w:left w:w="110" w:type="dxa"/>
              <w:bottom w:w="90" w:type="dxa"/>
              <w:right w:w="110" w:type="dxa"/>
            </w:tcMar>
          </w:tcPr>
          <w:p w:rsidR="00EE28FF" w:rsidRDefault="00663856">
            <w:r>
              <w:rPr>
                <w:rFonts w:ascii="Arial" w:hAnsi="Arial"/>
                <w:b/>
                <w:color w:val="282828"/>
                <w:sz w:val="18"/>
              </w:rPr>
              <w:t>Accreditation &amp; Affiliation / Membership Fee:</w:t>
            </w:r>
            <w:r>
              <w:rPr>
                <w:rFonts w:ascii="Arial" w:hAnsi="Arial"/>
                <w:b/>
                <w:color w:val="282828"/>
                <w:sz w:val="18"/>
              </w:rPr>
              <w:br/>
              <w:t>• Low-Economy (Third) Countries</w:t>
            </w:r>
          </w:p>
        </w:tc>
        <w:tc>
          <w:tcPr>
            <w:tcW w:w="6192" w:type="dxa"/>
            <w:tcMar>
              <w:top w:w="90" w:type="dxa"/>
              <w:left w:w="110" w:type="dxa"/>
              <w:bottom w:w="90" w:type="dxa"/>
              <w:right w:w="110" w:type="dxa"/>
            </w:tcMar>
          </w:tcPr>
          <w:p w:rsidR="00EE28FF" w:rsidRDefault="00663856">
            <w:r>
              <w:rPr>
                <w:rFonts w:ascii="Arial" w:hAnsi="Arial"/>
                <w:b/>
                <w:color w:val="282828"/>
                <w:sz w:val="18"/>
              </w:rPr>
              <w:t>EUR 500 (Non-refundable)</w:t>
            </w:r>
          </w:p>
        </w:tc>
      </w:tr>
      <w:tr w:rsidR="00EE28FF">
        <w:trPr>
          <w:jc w:val="center"/>
        </w:trPr>
        <w:tc>
          <w:tcPr>
            <w:tcW w:w="4032" w:type="dxa"/>
            <w:shd w:val="clear" w:color="auto" w:fill="FBF9F5"/>
            <w:tcMar>
              <w:top w:w="90" w:type="dxa"/>
              <w:left w:w="110" w:type="dxa"/>
              <w:bottom w:w="90" w:type="dxa"/>
              <w:right w:w="110" w:type="dxa"/>
            </w:tcMar>
          </w:tcPr>
          <w:p w:rsidR="00EE28FF" w:rsidRDefault="00663856">
            <w:r>
              <w:rPr>
                <w:rFonts w:ascii="Arial" w:hAnsi="Arial"/>
                <w:b/>
                <w:color w:val="282828"/>
                <w:sz w:val="18"/>
              </w:rPr>
              <w:t>Acc</w:t>
            </w:r>
            <w:r>
              <w:rPr>
                <w:rFonts w:ascii="Arial" w:hAnsi="Arial"/>
                <w:b/>
                <w:color w:val="282828"/>
                <w:sz w:val="18"/>
              </w:rPr>
              <w:t>reditation &amp; Affiliation / Membership Fee:</w:t>
            </w:r>
            <w:r>
              <w:rPr>
                <w:rFonts w:ascii="Arial" w:hAnsi="Arial"/>
                <w:b/>
                <w:color w:val="282828"/>
                <w:sz w:val="18"/>
              </w:rPr>
              <w:br/>
              <w:t>• Moderate-Economy Countries</w:t>
            </w:r>
          </w:p>
        </w:tc>
        <w:tc>
          <w:tcPr>
            <w:tcW w:w="6192" w:type="dxa"/>
            <w:tcMar>
              <w:top w:w="90" w:type="dxa"/>
              <w:left w:w="110" w:type="dxa"/>
              <w:bottom w:w="90" w:type="dxa"/>
              <w:right w:w="110" w:type="dxa"/>
            </w:tcMar>
          </w:tcPr>
          <w:p w:rsidR="00EE28FF" w:rsidRDefault="00663856">
            <w:r>
              <w:rPr>
                <w:rFonts w:ascii="Arial" w:hAnsi="Arial"/>
                <w:b/>
                <w:color w:val="282828"/>
                <w:sz w:val="18"/>
              </w:rPr>
              <w:t>EUR 1,000 (Non-refundable)</w:t>
            </w:r>
          </w:p>
        </w:tc>
      </w:tr>
      <w:tr w:rsidR="00EE28FF">
        <w:trPr>
          <w:jc w:val="center"/>
        </w:trPr>
        <w:tc>
          <w:tcPr>
            <w:tcW w:w="4032" w:type="dxa"/>
            <w:shd w:val="clear" w:color="auto" w:fill="FBF9F5"/>
            <w:tcMar>
              <w:top w:w="90" w:type="dxa"/>
              <w:left w:w="110" w:type="dxa"/>
              <w:bottom w:w="90" w:type="dxa"/>
              <w:right w:w="110" w:type="dxa"/>
            </w:tcMar>
          </w:tcPr>
          <w:p w:rsidR="00EE28FF" w:rsidRDefault="00663856">
            <w:r>
              <w:rPr>
                <w:rFonts w:ascii="Arial" w:hAnsi="Arial"/>
                <w:b/>
                <w:color w:val="282828"/>
                <w:sz w:val="18"/>
              </w:rPr>
              <w:t>Accreditation &amp; Affiliation / Membership Fee:</w:t>
            </w:r>
            <w:r>
              <w:rPr>
                <w:rFonts w:ascii="Arial" w:hAnsi="Arial"/>
                <w:b/>
                <w:color w:val="282828"/>
                <w:sz w:val="18"/>
              </w:rPr>
              <w:br/>
              <w:t>• High-Economy Countries</w:t>
            </w:r>
          </w:p>
        </w:tc>
        <w:tc>
          <w:tcPr>
            <w:tcW w:w="6192" w:type="dxa"/>
            <w:tcMar>
              <w:top w:w="90" w:type="dxa"/>
              <w:left w:w="110" w:type="dxa"/>
              <w:bottom w:w="90" w:type="dxa"/>
              <w:right w:w="110" w:type="dxa"/>
            </w:tcMar>
          </w:tcPr>
          <w:p w:rsidR="00EE28FF" w:rsidRDefault="00663856">
            <w:r>
              <w:rPr>
                <w:rFonts w:ascii="Arial" w:hAnsi="Arial"/>
                <w:b/>
                <w:color w:val="282828"/>
                <w:sz w:val="18"/>
              </w:rPr>
              <w:t>EUR 1,500 (Non-refundable)</w:t>
            </w:r>
          </w:p>
        </w:tc>
      </w:tr>
      <w:tr w:rsidR="00EE28FF">
        <w:trPr>
          <w:jc w:val="center"/>
        </w:trPr>
        <w:tc>
          <w:tcPr>
            <w:tcW w:w="4032" w:type="dxa"/>
            <w:shd w:val="clear" w:color="auto" w:fill="FBF9F5"/>
            <w:tcMar>
              <w:top w:w="90" w:type="dxa"/>
              <w:left w:w="110" w:type="dxa"/>
              <w:bottom w:w="90" w:type="dxa"/>
              <w:right w:w="110" w:type="dxa"/>
            </w:tcMar>
          </w:tcPr>
          <w:p w:rsidR="00EE28FF" w:rsidRDefault="00663856">
            <w:r>
              <w:rPr>
                <w:rFonts w:ascii="Arial" w:hAnsi="Arial"/>
                <w:b/>
                <w:color w:val="282828"/>
                <w:sz w:val="18"/>
              </w:rPr>
              <w:t>Accepted Payment Mediums</w:t>
            </w:r>
          </w:p>
        </w:tc>
        <w:tc>
          <w:tcPr>
            <w:tcW w:w="6192" w:type="dxa"/>
            <w:tcMar>
              <w:top w:w="90" w:type="dxa"/>
              <w:left w:w="110" w:type="dxa"/>
              <w:bottom w:w="90" w:type="dxa"/>
              <w:right w:w="110" w:type="dxa"/>
            </w:tcMar>
          </w:tcPr>
          <w:p w:rsidR="00EE28FF" w:rsidRDefault="00663856">
            <w:r>
              <w:rPr>
                <w:rFonts w:ascii="Arial" w:hAnsi="Arial"/>
                <w:color w:val="282828"/>
                <w:sz w:val="18"/>
              </w:rPr>
              <w:t xml:space="preserve">1. Bank SWIFT International or </w:t>
            </w:r>
            <w:r>
              <w:rPr>
                <w:rFonts w:ascii="Arial" w:hAnsi="Arial"/>
                <w:color w:val="282828"/>
                <w:sz w:val="18"/>
              </w:rPr>
              <w:t>SEPA Direct Transfer</w:t>
            </w:r>
            <w:r>
              <w:rPr>
                <w:rFonts w:ascii="Arial" w:hAnsi="Arial"/>
                <w:color w:val="282828"/>
                <w:sz w:val="18"/>
              </w:rPr>
              <w:br/>
              <w:t xml:space="preserve">   (For Bank Info, please send an email to office@gepea.eu or info@gepea.org.uk)</w:t>
            </w:r>
            <w:r>
              <w:rPr>
                <w:rFonts w:ascii="Arial" w:hAnsi="Arial"/>
                <w:color w:val="282828"/>
                <w:sz w:val="18"/>
              </w:rPr>
              <w:br/>
              <w:t>2. PayPal (A 5% processing fee will be added)</w:t>
            </w:r>
            <w:r>
              <w:rPr>
                <w:rFonts w:ascii="Arial" w:hAnsi="Arial"/>
                <w:color w:val="282828"/>
                <w:sz w:val="18"/>
              </w:rPr>
              <w:br/>
              <w:t>3. Western Union or MoneyGram Transfer</w:t>
            </w:r>
          </w:p>
        </w:tc>
      </w:tr>
    </w:tbl>
    <w:p w:rsidR="00EE28FF" w:rsidRDefault="00663856">
      <w:pPr>
        <w:pBdr>
          <w:bottom w:val="single" w:sz="6" w:space="1" w:color="C59B27"/>
        </w:pBdr>
        <w:spacing w:before="200" w:after="80"/>
      </w:pPr>
      <w:r>
        <w:rPr>
          <w:rFonts w:ascii="Arial" w:hAnsi="Arial"/>
          <w:b/>
          <w:color w:val="700C1E"/>
          <w:sz w:val="20"/>
        </w:rPr>
        <w:t>5. DECLARATION &amp; AUTHORIZATION</w:t>
      </w:r>
    </w:p>
    <w:p w:rsidR="00EE28FF" w:rsidRDefault="00663856">
      <w:pPr>
        <w:spacing w:before="80"/>
      </w:pPr>
      <w:r>
        <w:rPr>
          <w:rFonts w:ascii="Arial" w:hAnsi="Arial"/>
          <w:i/>
          <w:color w:val="282828"/>
          <w:sz w:val="18"/>
        </w:rPr>
        <w:t>I hereby declare that the information</w:t>
      </w:r>
      <w:r>
        <w:rPr>
          <w:rFonts w:ascii="Arial" w:hAnsi="Arial"/>
          <w:i/>
          <w:color w:val="282828"/>
          <w:sz w:val="18"/>
        </w:rPr>
        <w:t xml:space="preserve"> provided in this application form is true, accurate, and complete to the best of my knowledge. Our institution agrees to adhere to the standards, guidelines, and quality assurance framework established by GEPEA University.</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600"/>
        <w:gridCol w:w="6624"/>
      </w:tblGrid>
      <w:tr w:rsidR="00EE28FF">
        <w:trPr>
          <w:jc w:val="center"/>
        </w:trPr>
        <w:tc>
          <w:tcPr>
            <w:tcW w:w="3600" w:type="dxa"/>
            <w:shd w:val="clear" w:color="auto" w:fill="FBF9F5"/>
            <w:tcMar>
              <w:top w:w="100" w:type="dxa"/>
              <w:left w:w="110" w:type="dxa"/>
              <w:bottom w:w="100" w:type="dxa"/>
              <w:right w:w="110" w:type="dxa"/>
            </w:tcMar>
          </w:tcPr>
          <w:p w:rsidR="00EE28FF" w:rsidRDefault="00663856">
            <w:r>
              <w:rPr>
                <w:rFonts w:ascii="Arial" w:hAnsi="Arial"/>
                <w:b/>
                <w:color w:val="282828"/>
                <w:sz w:val="19"/>
              </w:rPr>
              <w:t>Name of Applicant / Official:</w:t>
            </w:r>
          </w:p>
        </w:tc>
        <w:tc>
          <w:tcPr>
            <w:tcW w:w="6624" w:type="dxa"/>
            <w:tcMar>
              <w:top w:w="100" w:type="dxa"/>
              <w:left w:w="110" w:type="dxa"/>
              <w:bottom w:w="100" w:type="dxa"/>
              <w:right w:w="110" w:type="dxa"/>
            </w:tcMar>
          </w:tcPr>
          <w:p w:rsidR="00EE28FF" w:rsidRDefault="00663856">
            <w:r>
              <w:rPr>
                <w:rFonts w:ascii="Arial" w:hAnsi="Arial"/>
                <w:i/>
                <w:color w:val="646464"/>
                <w:sz w:val="19"/>
              </w:rPr>
              <w:t>Full Name &amp; Designation (CEO / Director / President)</w:t>
            </w:r>
          </w:p>
        </w:tc>
      </w:tr>
      <w:tr w:rsidR="00EE28FF">
        <w:trPr>
          <w:jc w:val="center"/>
        </w:trPr>
        <w:tc>
          <w:tcPr>
            <w:tcW w:w="3600" w:type="dxa"/>
            <w:shd w:val="clear" w:color="auto" w:fill="FBF9F5"/>
            <w:tcMar>
              <w:top w:w="100" w:type="dxa"/>
              <w:left w:w="110" w:type="dxa"/>
              <w:bottom w:w="100" w:type="dxa"/>
              <w:right w:w="110" w:type="dxa"/>
            </w:tcMar>
          </w:tcPr>
          <w:p w:rsidR="00EE28FF" w:rsidRDefault="00663856">
            <w:r>
              <w:rPr>
                <w:rFonts w:ascii="Arial" w:hAnsi="Arial"/>
                <w:b/>
                <w:color w:val="282828"/>
                <w:sz w:val="19"/>
              </w:rPr>
              <w:t>Signature &amp; Official Stamp:</w:t>
            </w:r>
          </w:p>
        </w:tc>
        <w:tc>
          <w:tcPr>
            <w:tcW w:w="6624" w:type="dxa"/>
            <w:tcMar>
              <w:top w:w="100" w:type="dxa"/>
              <w:left w:w="110" w:type="dxa"/>
              <w:bottom w:w="100" w:type="dxa"/>
              <w:right w:w="110" w:type="dxa"/>
            </w:tcMar>
          </w:tcPr>
          <w:p w:rsidR="00EE28FF" w:rsidRDefault="00663856">
            <w:pPr>
              <w:jc w:val="center"/>
            </w:pPr>
            <w:r>
              <w:rPr>
                <w:rFonts w:ascii="Arial" w:hAnsi="Arial"/>
                <w:color w:val="282828"/>
                <w:sz w:val="19"/>
              </w:rPr>
              <w:br/>
            </w:r>
            <w:r>
              <w:rPr>
                <w:rFonts w:ascii="Arial" w:hAnsi="Arial"/>
                <w:color w:val="282828"/>
                <w:sz w:val="19"/>
              </w:rPr>
              <w:br/>
              <w:t>_____________________________________</w:t>
            </w:r>
            <w:r>
              <w:rPr>
                <w:rFonts w:ascii="Arial" w:hAnsi="Arial"/>
                <w:color w:val="282828"/>
                <w:sz w:val="19"/>
              </w:rPr>
              <w:br/>
              <w:t>(Signature &amp; Institutional Stamp)</w:t>
            </w:r>
          </w:p>
        </w:tc>
      </w:tr>
      <w:tr w:rsidR="00EE28FF">
        <w:trPr>
          <w:jc w:val="center"/>
        </w:trPr>
        <w:tc>
          <w:tcPr>
            <w:tcW w:w="3600" w:type="dxa"/>
            <w:shd w:val="clear" w:color="auto" w:fill="FBF9F5"/>
            <w:tcMar>
              <w:top w:w="100" w:type="dxa"/>
              <w:left w:w="110" w:type="dxa"/>
              <w:bottom w:w="100" w:type="dxa"/>
              <w:right w:w="110" w:type="dxa"/>
            </w:tcMar>
          </w:tcPr>
          <w:p w:rsidR="00EE28FF" w:rsidRDefault="00663856">
            <w:r>
              <w:rPr>
                <w:rFonts w:ascii="Arial" w:hAnsi="Arial"/>
                <w:b/>
                <w:color w:val="282828"/>
                <w:sz w:val="19"/>
              </w:rPr>
              <w:t>Date of Application:</w:t>
            </w:r>
          </w:p>
        </w:tc>
        <w:tc>
          <w:tcPr>
            <w:tcW w:w="6624" w:type="dxa"/>
            <w:tcMar>
              <w:top w:w="100" w:type="dxa"/>
              <w:left w:w="110" w:type="dxa"/>
              <w:bottom w:w="100" w:type="dxa"/>
              <w:right w:w="110" w:type="dxa"/>
            </w:tcMar>
          </w:tcPr>
          <w:p w:rsidR="00EE28FF" w:rsidRDefault="00663856">
            <w:r>
              <w:rPr>
                <w:rFonts w:ascii="Arial" w:hAnsi="Arial"/>
                <w:i/>
                <w:color w:val="646464"/>
                <w:sz w:val="19"/>
              </w:rPr>
              <w:t>DD / MM / YYYY</w:t>
            </w:r>
          </w:p>
        </w:tc>
      </w:tr>
    </w:tbl>
    <w:p w:rsidR="00EE28FF" w:rsidRPr="00C86CED" w:rsidRDefault="00663856">
      <w:pPr>
        <w:spacing w:before="400"/>
        <w:jc w:val="center"/>
      </w:pPr>
      <w:r>
        <w:rPr>
          <w:rFonts w:ascii="Arial" w:hAnsi="Arial"/>
          <w:b/>
          <w:color w:val="700C1E"/>
          <w:sz w:val="18"/>
        </w:rPr>
        <w:t xml:space="preserve">Please submit the completed application form along with </w:t>
      </w:r>
      <w:r>
        <w:rPr>
          <w:rFonts w:ascii="Arial" w:hAnsi="Arial"/>
          <w:b/>
          <w:color w:val="700C1E"/>
          <w:sz w:val="18"/>
        </w:rPr>
        <w:t xml:space="preserve">supporting documents to: </w:t>
      </w:r>
      <w:r w:rsidRPr="00C86CED">
        <w:rPr>
          <w:rFonts w:ascii="Arial" w:hAnsi="Arial"/>
          <w:color w:val="700C1E"/>
          <w:sz w:val="18"/>
        </w:rPr>
        <w:t>office@gepea.eu, info@gepea.org.uk, or gepea.official@gmail.com</w:t>
      </w:r>
      <w:bookmarkStart w:id="0" w:name="_GoBack"/>
      <w:bookmarkEnd w:id="0"/>
    </w:p>
    <w:sectPr w:rsidR="00EE28FF" w:rsidRPr="00C86CED" w:rsidSect="00C86CED">
      <w:pgSz w:w="12240" w:h="15840"/>
      <w:pgMar w:top="90"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856" w:rsidRDefault="00663856" w:rsidP="00C86CED">
      <w:pPr>
        <w:spacing w:after="0" w:line="240" w:lineRule="auto"/>
      </w:pPr>
      <w:r>
        <w:separator/>
      </w:r>
    </w:p>
  </w:endnote>
  <w:endnote w:type="continuationSeparator" w:id="0">
    <w:p w:rsidR="00663856" w:rsidRDefault="00663856" w:rsidP="00C86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856" w:rsidRDefault="00663856" w:rsidP="00C86CED">
      <w:pPr>
        <w:spacing w:after="0" w:line="240" w:lineRule="auto"/>
      </w:pPr>
      <w:r>
        <w:separator/>
      </w:r>
    </w:p>
  </w:footnote>
  <w:footnote w:type="continuationSeparator" w:id="0">
    <w:p w:rsidR="00663856" w:rsidRDefault="00663856" w:rsidP="00C86C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63856"/>
    <w:rsid w:val="00AA1D8D"/>
    <w:rsid w:val="00B47730"/>
    <w:rsid w:val="00C86CED"/>
    <w:rsid w:val="00CB0664"/>
    <w:rsid w:val="00EE28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B494B8"/>
  <w14:defaultImageDpi w14:val="300"/>
  <w15:docId w15:val="{AC8FE9D3-BB19-4454-AF02-697F988A1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73370-EE23-4602-932A-3CD3D45E5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hp1</cp:lastModifiedBy>
  <cp:revision>2</cp:revision>
  <dcterms:created xsi:type="dcterms:W3CDTF">2013-12-23T23:15:00Z</dcterms:created>
  <dcterms:modified xsi:type="dcterms:W3CDTF">2026-10-25T12:15:00Z</dcterms:modified>
  <cp:category/>
</cp:coreProperties>
</file>